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מדעיות, היסטוריות וגאוגרפיות מתוך הכרזות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בהבנה של טקסט קצר ושאלת חשיבה נלווית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בעברית קלה הקשור לנושאי הכרזות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סקרנות וחשיבה ביקורתית דרך שאלות בדקו את 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טבע ובעלי חיים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עובדה מדעית ידועה על מבנה גופו של התמנון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בעל החיים הגדול ביותר שחי אי פעם הוא הלוויתן הכחול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לעמק החולה מגיעים מדי שנה עשרות אלפי ציפורים נודדות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טבע ובעלי חיים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רוקדות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הוא משמש תחנת מנוחה ומזון בדרך הנדידה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טבע ובעלי חיים – חיזוק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רוקדות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טבע ובעלי חיים – מיון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 לו שלושה לבבות)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(בעל החיים הגדול ביותר שחי אי 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(מתקשרות באמצעות ריקוד)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(תחנת עצירה לעשרות אלפי ציפורים נודדות)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מדע וגוף האדם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כך הדגים יכולים לחיות מתחת לשכבת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חם אפילו יותר מפני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בזכות תכונות מיוחדות שלו שמונעות התפתחות חיידקים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באוזן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מדע וגוף האדם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פני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מדע וגוף האדם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(צף על המים ומגן על הדגים שמתחתיו)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(חם יותר מפני השמש)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(כמעט לא מתקלקל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(העצם הקטנה ביותר בגוף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(ייחודיות לכל אדם ואדם)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מדע וגוף האדם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אדם, גם תאומים זהים, נולד עם טביעות אצבע ייחודיות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חלל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ארוך יותר מהשנה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אין על הירח רוח ומים שימחקו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כ-8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כוכב הלכת השני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יש כאן רוח, גשם 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חלל – חישובים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ארוך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חלל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500 חלקי 60 שווה בקירוב 8.3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נוגה מסתובב סביב עצמו לאט מאוד, לאט יותר מהזמן שלוקח לו להקיף את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רצוי להזכיר שהעקבות שם כבר עשרות שנים בזכות היעדר רוח ומים על הירח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כעבור כ-8 דקות, כי זה הזמן שלוקח לאור להגיע מהשמש אל כדור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השפה העברית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אליעזר בן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אמן (amen)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השפה העברית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במשך מאות שנים עברית שימשה בעיקר לכתיבה ולתפילה ולא לדיבור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בתחילה כתבו בלי ניקוד, והוא נוסף מאוחר יותר כדי לשמר את ההגייה המדויקת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השפה העברית –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השפה העברית – התאימו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(מחשב)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גאוגרפיה והיסטוריה – זכרו את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האמזונס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גאוגרפיה והיסטוריה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מכתש רמון אכן נחשב למכתש ההרוסיון הגדול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האלמוג הוא בעל חיים, למרות שהוא נראה כמו 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שמרה על התואר הזה תקופה ארוכה מאוד בהיסטוריה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גאוגרפיה והיסטוריה – השלימו וחברו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גאוגרפיה והיסטוריה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(המקום הנמוך ביותר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(המכתש הגדול מסוגו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(הנהר עם הכי הרבה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(בעל חיים ולא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(היו הבניין הגבוה בעולם אלפי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המצאות וטוב לב – מה למדנו?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לואי ברייל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נקודות בולטות שחשים באצבעות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עובדות מדויקות מהנושאים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חשיבות אימות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יצירת שאלה רלוונטית המראה הבנה של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לשיעורים לפי פרקים, פרק אחד בכל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פרק בקריאת הכרזה המתאימה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לקצר את שאלות החשיבה ולהתמקד בהבנה הבסיסית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חקר קצרה על אחת העובדות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תמצאו תרגילים על פי נושאי הכרזות באתר. קראו כל עובדה בעיון, ענו על שאלות ההבנה והחשיבה, ונסו לנסח בעצמכם הסבר קצר בעברית קלה.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טבע ובעלי חיים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לתמנון יש שלושה לבבות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החיים הגדול ביותר שחי אי פעם הוא הפיל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שנה מגיעים לעמק החולה רק כמה עשרות ציפורים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טבע ובעלי חיים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עושות הדבורים כדי להעביר מידע לדבורים אחרות?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רוקדות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מצפצפות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נוגעות בכנפיים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עמק החולה חשוב במיוחד לציפורים נודדות?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שם חם מאוד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משמש תחנת מנוחה ומזון בדרך הנדידה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שם 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הים הגדול ביותר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בעל חיים מוזכר כבעל שלושה לבבות?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לווייתן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דולפין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טבע ובעלי חיים – חיזוק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הלוויתן הכחול הוא בעל החיים ה__________ ביותר שחי אי פעם על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הדבורים __________ כדי לספר לדבורים אחרות איפה נמצא מזון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טבע ובעלי חיים – מיון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מתקשרות באמצעות ריקוד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לווייתן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לו שלושה לבבות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תחנת עצירה לעשרות אלפי ציפורים נודדות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עמק החולה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 החיים הגדול ביותר שחי אי פעם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מדע וגוף האדם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שהקרח צף על פני המים ולא שוקע?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כך הדגים יכולים לחיות מתחת לשכבת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כך המים מתחממים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כך הקרח נמס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לכך שום חשיבות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בברק לפי העובדה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חם אפילו יותר מפני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קר יותר מקרח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קשור כלל לחום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חם בדיוק כמו פני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הדבש כמעט לא מתקלקל לאורך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בזכות תכונות מיוחדות שלו שמונעות התפתחות חיידקים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תמיד נשמר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עשוי מסוכר מלאכותי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מחליפים אותו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נמצאת העצם הקטנה ביותר בגוף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בכף 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בעמוד השדרה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מדע וגוף האדם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הלב של אדם פועם כ-__________ פעם ביום בממוצע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הברק חם יותר אפילו מ-__________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מדע וגוף האדם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כמעט לא מתקלקל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ייחודיות לכל אדם ואדם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צף על המים ומגן על הדגים שמתחתיו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עצם האוזן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חם יותר מפני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טביעות האצבע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העצם הקטנה ביותר בגוף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מדע וגוף האדם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שתי טביעות אצבע זהות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חלל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אורך יום אחד בכוכב הלכת נוגה בהשוואה לשנה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קצר בהרבה מהשנה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ארוך יותר מהשנה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זהה בדיוק לשנה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לנוגה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העקבות של האסטרונאוטים על הירח עדיין נמצאות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על הירח דבק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על הירח רוח ומים שימחקו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האסטרונאוטים חיזקו אותן בבטון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הירח קר מדי לכל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לוקח לאור השמש להגיע לכדור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כוכב הלכת שנקרא 'נוגה'?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הכוכב הקרוב ביותר לשמש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כוכב הלכת השני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כוכב הלכת הרחוק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הירח של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גורם לכך שעקבות על כדור הארץ נמחקות מהר יותר מאשר על הירח?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כאן רוח, גשם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הארץ חם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פחות כוח משיכה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סיבה, הן לא נמחקות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חלל – חישובים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המרחק בין השמש לכדור הארץ הוא כ-__________ מיליון ק"מ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מהירות האור היא כ-300,000 ק"מ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בכוכב נוגה הזמן שלוקח לכוכב להסתובב סביב עצמו __________ מהזמן שלוקח לו להקיף את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מכיוון שאין על הירח אטמוספרה (שכבת __________), אין שם רוח שתמחק 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מהירות האור היא 300,000 ק"מ בשנייה והמרחק לשמש כ-150,000,000 ק"מ, הזמן שלוקח לאור להגיע אלינו הוא בערך __________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חלל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חשבו: כמה דקות הן 500 שניות (הזמן שלוקח לאור השמש להגיע לכדור הארץ)? הסבירו איך חישבתם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יום בנוגה יכול להיות ארוך יותר משנה שלמה בנוגה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שאתם צוות אסטרונאוטים שנוחת על הירח ורואה את העקבות הישנות. כתבו 2-3 משפטים על התחושה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אור השמש היה נעלם לפתע, כעבור כמה זמן בערך היינו מרגישים בכך על כדור הארץ?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השפה העברית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בדרך כלל בשורש 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מזוהה עם המאמץ להחיות את העברית כשפה מדוברת?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מקורה בעברית ונכנסה לשפות אחרות?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אמן (amen)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השפה העברית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העברית הפסיקה לשמש לשיחה יומיומית במשך תקופה ארוכה לפני שהוחייתה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הטקסטים העבריים נכתבו עם ניקוד כבר מההתחלה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השפה העברית –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המשותף למילים כתב, כותב ומכתב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לשמר את ההגייה המדויקת של טקסטים עתיקים הוסיפו להם סימני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השפה העברית – התאימו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שורש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שורש ד-ב-ר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שורש ש-מ-ר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שורש ח-ש-ב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גאוגרפיה והיסטוריה – זכרו את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המקום הנמוך ביותר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מכתש 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הנילוס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נהר מזרים הכי הרבה מים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האמזונס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גאוגרפיה והיסטוריה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מכתש רמון הוא המכתש הגדול בעולם מסוגו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האלמוג הוא סוג של צמח ימי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הפירמידה הגדולה היתה הבניין הגבוה בעולם במשך אלפי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גאוגרפיה והיסטוריה – השלימו וחברו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ים המלח נמצא בנקודה ה__________ ביותר על פני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המגילות העתיקות התגלו ב__________ שבמדבר יהודה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גאוגרפיה והיסטוריה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הנהר עם הכי הרבה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מכתש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היו הבניין הגבוה בעולם אלפי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המכתש הגדול מסוגו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האלמוג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הנמוך ביותר ביבשה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הפירמידות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בעל חיים ולא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המצאות וטוב לב – מה למדנו?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המציא את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לואי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תומס אדיסון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אלכסנדר גרהם 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אייזק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בן כמה היה הממציא כשיצר את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מבוסס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נקודות בולטות שחשים באצבעות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קולות מוקלטים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אותיות ענקיות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שלוש עובדות חדשות שלמדתם מהחוברת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למה חשוב לבדוק עובדות לפני שמאמינים להן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כרזה אחת וכתבו שאלת חשיבה נוספת שלא הופיעה בחוברת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הידעת? כרזות 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