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הידעת? 💡 כרזות למידה קטנות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הידעת? כרזות למידה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עובדות מדעיות, היסטוריות וגאוגרפיות מתוך הכרזות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קריאה בהבנה של טקסט קצר ושאלת חשיבה נלווית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אוצר מילים בעברית קלה הקשור לנושאי הכרזות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לפתח סקרנות וחשיבה ביקורתית דרך שאלות בדקו את עצמכם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טבע ובעלי חיים – עובדות בסיסיות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זו עובדה מדעית ידועה על מבנה גופו של התמנון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בעל החיים הגדול ביותר שחי אי פעם הוא הלוויתן הכחול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טבע ובעלי חיים – הבנה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רוקדות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תמנון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טבע ובעלי חיים – חיזוק והשלמה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גדול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רוקדות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1 · טבע ובעלי חיים – מיון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(יש לו שלושה לבבות)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(בעל החיים הגדול ביותר שחי אי פעם)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(מתקשרות באמצעות ריקוד)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(תחנת עצירה לעשרות אלפי ציפורים נודדות)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מדע וגוף האדם – מה זכרתם?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כך הדגים יכולים לחיות מתחת לשכבת הקרח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הוא חם אפילו יותר מפני השמש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בזכות תכונות מיוחדות שלו שמונעות התפתחות חיידקים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מדע וגוף האדם – השלמה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1. 100,000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פני השמש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מדע וגוף האדם – התאמת עובדות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(צף על המים ומגן על הדגים שמתחתיו)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(חם יותר מפני השמש)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(כמעט לא מתקלקל לאורך זמן)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(העצם הקטנה ביותר בגוף האדם)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2 · מדע וגוף האדם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כל אדם, גם תאומים זהים, נולד עם טביעות אצבע ייחודיות משלו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חלל – עובדות בסיסיות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ארוך יותר מהשנה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כי אין על הירח רוח ומים שימחקו אותן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כ-8 דקות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חלל – חישובים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1. 150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שנייה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ארוך יותר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חלל – חשיבה ויצירה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השפה העברית – מה זכרתם?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3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אליעזר בן יהודה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השפה העברית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במשך מאות שנים עברית שימשה בעיקר לכתיבה ולתפילה ולא לדיבור יומיומי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בתחילה כתבו בלי ניקוד, והוא נוסף מאוחר יותר כדי לשמר את ההגייה המדויקת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השפה העברית – שורשים ומילים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כ-ת-ב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4 · השפה העברית – התאימו שורש למילה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(מכתב)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(תלמיד)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(דיבור)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(שומר)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גאוגרפיה והיסטוריה – זכרו את העובדות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ים המלח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האמזונס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גאוגרפיה והיסטוריה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מכתש רמון אכן נחשב למכתש ההרוסיון הגדול בעולם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האלמוג הוא בעל חיים, למרות שהוא נראה כמו צמח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גאוגרפיה והיסטוריה – השלימו וחברו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נמוכה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מערות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5 · גאוגרפיה והיסטוריה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(המקום הנמוך ביותר ביבשה)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(המכתש הגדול מסוגו בעולם)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(הנהר עם הכי הרבה מים)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(בעל חיים ולא צמח)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כ׳ – פרק 6 · המצאות וטוב לב – מה למדנו?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לואי ברייל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15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בדיקה שהתלמיד זוכר עובדות מדויקות מהנושאים השונים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בסיסית של חשיבות אימות מידע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יצירת שאלה רלוונטית המראה הבנה של הנושא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לחלק את החוברת לשיעורים לפי פרקים, פרק אחד בכל מפגש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לפתוח כל פרק בקריאת הכרזה המתאימה לפני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לקצר את שאלות החשיבה ולהתמקד בהבנה הבסיסית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כדאי להוסיף משימת חקר קצרה על אחת העובדות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הידעת? 💡 כרזות למידה קטנות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הידעת? כרזות למידה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בחוברת זו תמצאו תרגילים על פי נושאי הכרזות באתר. קראו כל עובדה בעיון, ענו על שאלות ההבנה והחשיבה, ונסו לנסח בעצמכם הסבר קצר בעברית קלה.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ארוך יותר  ·  כ-ת-ב  ·  רוקדות  ·  150  ·  100,000  ·  גדול  ·  פני השמש  ·  שנייה  ·  מערות  ·  נמוכה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פרק 1 · טבע ובעלי חיים – עובדות בסיסיות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לתמנון יש שלושה לבבות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בעל החיים הגדול ביותר שחי אי פעם הוא הפיל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פרק 1 · טבע ובעלי חיים – הבנה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עושות הדבורים כדי להעביר מידע לדבורים אחרות?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רוקדות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מצפצפות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איזה בעל חיים מוזכר כבעל שלושה לבבות?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כריש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תמנון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לווייתן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פרק 1 · טבע ובעלי חיים – חיזוק והשלמה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הלוויתן הכחול הוא בעל החיים ה__________ ביותר שחי אי פעם על כדור הארץ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הדבורים __________ כדי לספר לדבורים אחרות איפה נמצא מזון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פרק 1 · טבע ובעלי חיים – מיון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תמנון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בעל החיים הגדול ביותר שחי אי פעם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לווייתן כחול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תחנת עצירה לעשרות אלפי ציפורים נודדות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דבורים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יש לו שלושה לבבות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עמק החולה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מתקשרות באמצעות ריקוד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פרק 2 · מדע וגוף האדם – מה זכרתם?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מדוע חשוב שהקרח צף על פני המים ולא שוקע?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כך הדגים יכולים לחיות מתחת לשכבת הקרח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כך המים מתחממים מהר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כך הקרח נמס מהר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מיוחד בברק לפי העובדה שלמדנו?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הוא חם אפילו יותר מפני השמש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הוא קר יותר מקרח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הוא לא קשור כלל לחום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מדוע הדבש כמעט לא מתקלקל לאורך זמן?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בזכות תכונות מיוחדות שלו שמונעות התפתחות חיידקים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כי הוא תמיד נשמר במקרר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כי הוא עשוי מסוכר מלאכותי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פרק 2 · מדע וגוף האדם – השלמה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הלב של אדם פועם כ-__________ פעם ביום בממוצע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הברק חם יותר אפילו מ-__________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7  חלק ז׳ – פרק 2 · מדע וגוף האדם – התאמת עובדות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הקרח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כמעט לא מתקלקל לאורך זמן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הברק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צף על המים ומגן על הדגים שמתחתיו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הדבש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העצם הקטנה ביותר בגוף האדם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עצם האוזן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חם יותר מפני השמש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8  חלק ח׳ – פרק 2 · מדע וגוף האדם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אין שתי טביעות אצבע זהות בעולם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9  חלק ט׳ – פרק 3 · חלל – עובדות בסיסיות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כמה זמן אורך יום אחד בכוכב הלכת נוגה בהשוואה לשנה שלו?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קצר בהרבה מהשנה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ארוך יותר מהשנה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זהה בדיוק לשנה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מדוע העקבות של האסטרונאוטים על הירח עדיין נמצאות שם?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כי יש על הירח דבק מיוחד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כי אין על הירח רוח ומים שימחקו אותן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כי האסטרונאוטים חיזקו אותן בבטון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כמה זמן לוקח לאור השמש להגיע לכדור הארץ?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כ-8 שניות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כ-8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כ-8 שעות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10  חלק י׳ – פרק 3 · חלל – חישובים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המרחק בין השמש לכדור הארץ הוא כ-__________ מיליון ק"מ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מהירות האור היא כ-300,000 ק"מ ל-__________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בכוכב נוגה הזמן שלוקח לכוכב להסתובב סביב עצמו __________ מהזמן שלוקח לו להקיף את השמש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11  חלק י״א – פרק 3 · חלל – חשיבה ויצירה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12  חלק י״ב – פרק 4 · השפה העברית – מה זכרתם?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כמה אותיות יש בדרך כלל בשורש עברי?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מי מזוהה עם המאמץ להחיות את העברית כשפה מדוברת?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אליעזר בן יהודה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חיים נחמן ביאליק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זאב ז'בוטינסקי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13  חלק י״ג – פרק 4 · השפה העברית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השפה העברית הפסיקה לשמש לשיחה יומיומית במשך תקופה ארוכה לפני שהוחייתה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בעבר הטקסטים העבריים נכתבו עם ניקוד כבר מההתחלה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14  חלק י״ד – פרק 4 · השפה העברית – שורשים ומילים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השורש המשותף למילים כתב, כותב ומכתב הוא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15  חלק ט״ו – פרק 4 · השפה העברית – התאימו שורש למילה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שורש כ-ת-ב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דיבור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שורש ל-מ-ד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שומר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שורש ד-ב-ר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מכתב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שורש ש-מ-ר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תלמיד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16  חלק ט״ז – פרק 5 · גאוגרפיה והיסטוריה – זכרו את העובדות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מהו המקום הנמוך ביותר ביבשה?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ים המלח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מכתש רמון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נהר הנילוס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איזה נהר מזרים הכי הרבה מים בעולם?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הירדן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הנילוס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האמזונס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17  חלק י״ז – פרק 5 · גאוגרפיה והיסטוריה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מכתש רמון הוא המכתש הגדול בעולם מסוגו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האלמוג הוא סוג של צמח ימי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18  חלק י״ח – פרק 5 · גאוגרפיה והיסטוריה – השלימו וחברו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ים המלח נמצא בנקודה ה__________ ביותר על פני כדור הארץ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המגילות העתיקות התגלו ב__________ שבמדבר יהודה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19  חלק י״ט – פרק 5 · גאוגרפיה והיסטוריה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ים המלח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המכתש הגדול מסוגו בעולם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מכתש רמון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המקום הנמוך ביותר ביבשה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האמזונס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בעל חיים ולא צמח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האלמוג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הנהר עם הכי הרבה מים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20  חלק כ׳ – פרק 6 · המצאות וטוב לב – מה למדנו?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מי המציא את כתב ברייל?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לואי ברייל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תומס אדיסון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אלכסנדר גרהם בל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בן כמה היה הממציא כשיצר את כתב ברייל?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15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25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ציינו שלוש עובדות חדשות שלמדתם מהחוברת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הסבירו במילים שלכם למה חשוב לבדוק עובדות לפני שמאמינים להן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הידעת? כרזות למידה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